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right"/>
      </w:pPr>
      <w:r>
        <w:rPr>
          <w:b/>
          <w:color w:val="3B23A8"/>
          <w:sz w:val="44"/>
          <w:rtl w:val="1"/>
          <w:bCs/>
          <w:szCs w:val="44"/>
        </w:rPr>
        <w:t>🃏 חפיסת קלפי החשבון</w:t>
      </w:r>
    </w:p>
    <w:p>
      <w:pPr>
        <w:bidi w:val="1"/>
        <w:jc w:val="right"/>
      </w:pPr>
      <w:r>
        <w:rPr>
          <w:color w:val="5A5A5A"/>
          <w:sz w:val="26"/>
          <w:rtl w:val="1"/>
          <w:szCs w:val="26"/>
        </w:rPr>
        <w:t>66 קלפים · 3×4 בעמוד · גזרו לאורך הקווים המקווקווים</w:t>
      </w:r>
    </w:p>
    <w:p>
      <w:pPr>
        <w:bidi w:val="1"/>
        <w:jc w:val="right"/>
      </w:pPr>
      <w:r>
        <w:rPr>
          <w:color w:val="3B23A8"/>
          <w:sz w:val="20"/>
          <w:rtl w:val="1"/>
          <w:szCs w:val="20"/>
        </w:rPr>
        <w:t>🧒 לתלמיד/ה · יצרה: רוית ראש בן ישי</w:t>
      </w:r>
    </w:p>
    <w:p>
      <w:pPr>
        <w:bidi w:val="1"/>
        <w:jc w:val="right"/>
      </w:pPr>
      <w:r>
        <w:rPr>
          <w:b/>
          <w:rtl w:val="1"/>
          <w:bCs/>
        </w:rPr>
        <w:t>גזרו את הקלפים. משחקים בזוגות: שולפים קלף, פותרים, והשני בודק בדף התשובות.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🎯 🌱 · #1</w:t>
              <w:br/>
              <w:br/>
              <w:t>עגלו את המספר ⁦87,264⁩ למאות הקרובות.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🎯 🌱 · #2</w:t>
              <w:br/>
              <w:br/>
              <w:t>מה האומדן הקרוב ביותר לתוצאה ⁦8,103 + 7,786⁩?1,590 · 18,900 · 159,000 · 15,900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🎯 🚀 · #3</w:t>
              <w:br/>
              <w:br/>
              <w:t>במשחק צבירת כוכבים יש לנועם ⁦986,040⁩ כוכבים. כמה כוכבים בערך חסרים כדי להגיע למיליון? בחרו את המספר הקרוב ביותר.1,000,000 · 1,000 · 100,000 · 10,000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🎯 🚀 · #4</w:t>
              <w:br/>
              <w:br/>
              <w:t>במשחק צבירת כוכבים יש לנועם ⁦872,000⁩ כוכבים. כמה כוכבים בערך חסרים כדי להגיע למיליון? בחרו את המספר הקרוב ביותר.1,000,000 · 1,000 · 100,000 · 10,000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🎯 🏆 · #5</w:t>
              <w:br/>
              <w:br/>
              <w:t>בחרו את האומדן הקרוב ביותר ל־⁦245,737 : 30⁩12,300 · 820 · 82,000 · 8,200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🎯 🏆 · #6</w:t>
              <w:br/>
              <w:br/>
              <w:t>בחרו את האומדן הקרוב ביותר ל־⁦146,522 : 60⁩240 · 2,400 · 3,600 · 24,000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🧮 🌱 · #7</w:t>
              <w:br/>
              <w:br/>
              <w:t>פתרו: ⁦60 : 5 + 13⁩ = ?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🧮 🌱 · #8</w:t>
              <w:br/>
              <w:br/>
              <w:t>מה התוצאה של ⁦18 + 16 : 8⁩?14 · 40 · 30 · 20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🧮 🚀 · #9</w:t>
              <w:br/>
              <w:br/>
              <w:t>פתרו: ⁦138 − 20 : 4 × 4⁩ = ?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🧮 🚀 · #10</w:t>
              <w:br/>
              <w:br/>
              <w:t>פתרו: ⁦(78 − 4) : 1⁩ = ?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🧮 🏆 · #11</w:t>
              <w:br/>
              <w:br/>
              <w:t>מה התוצאה של ⁦22 − (2 × 8 − 6) : 2⁩?18 · 34 · 11 · 17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🧮 🏆 · #12</w:t>
              <w:br/>
              <w:br/>
              <w:t>מה התוצאה של ⁦40 : (5 × 4) + 10 × 2⁩?22 · 23 · 44 · 20</w:t>
            </w:r>
          </w:p>
        </w:tc>
      </w:tr>
    </w:tbl>
    <w:p/>
    <w:p>
      <w:r>
        <w:br w:type="page"/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✖️ 🌱 · #13</w:t>
              <w:br/>
              <w:br/>
              <w:t>פתרו: ⁦2,100 : 7⁩ =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✖️ 🌱 · #14</w:t>
              <w:br/>
              <w:br/>
              <w:t>פתרו: ⁦1,800 : 6⁩ =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✖️ 🚀 · #15</w:t>
              <w:br/>
              <w:br/>
              <w:t>פתרו: ⁦7,140 : 5⁩ =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✖️ 🚀 · #16</w:t>
              <w:br/>
              <w:br/>
              <w:t>פתרו: ⁦24,400 : 40⁩ =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✖️ 🏆 · #17</w:t>
              <w:br/>
              <w:br/>
              <w:t>פתרו: ⁦2,555 × 392⁩ =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✖️ 🏆 · #18</w:t>
              <w:br/>
              <w:br/>
              <w:t>פתרו: ⁦1,558 × 260⁩ =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🧩 🌱 · #19</w:t>
              <w:br/>
              <w:br/>
              <w:t>השלימו: ⁦☐ + 116 = 1,000⁩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🧩 🌱 · #20</w:t>
              <w:br/>
              <w:br/>
              <w:t>השלימו: ⁦☐ + 848 = 1,000⁩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🧩 🚀 · #21</w:t>
              <w:br/>
              <w:br/>
              <w:t>השלימו: ⁦684 + 336 = 435 + ☐⁩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🧩 🚀 · #22</w:t>
              <w:br/>
              <w:br/>
              <w:t>השלימו: ⁦858 + 698 = 843 + ☐⁩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🧩 🏆 · #23</w:t>
              <w:br/>
              <w:br/>
              <w:t>השלימו: ⁦24 × 7 = 12 × ☐⁩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🧩 🏆 · #24</w:t>
              <w:br/>
              <w:br/>
              <w:t>השלימו: ⁦6 × ☐ − 22 = 14⁩</w:t>
            </w:r>
          </w:p>
        </w:tc>
      </w:tr>
    </w:tbl>
    <w:p/>
    <w:p>
      <w:r>
        <w:br w:type="page"/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⚖️ 🌱 · #25</w:t>
              <w:br/>
              <w:br/>
              <w:t>השלימו &gt;, &lt; או = : ⁦170 + 835 ☐ 995⁩&gt; · &lt; · =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⚖️ 🌱 · #26</w:t>
              <w:br/>
              <w:br/>
              <w:t>השלימו &gt;, &lt; או = : ⁦302 + 849 ☐ 1,161⁩&gt; · &lt; · =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⚖️ 🚀 · #27</w:t>
              <w:br/>
              <w:br/>
              <w:t>השלימו &gt;, &lt; או = : ⁦0.05 ☐ 0.6⁩&gt; · &lt; · =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⚖️ 🚀 · #28</w:t>
              <w:br/>
              <w:br/>
              <w:t>השלימו &gt;, &lt; או = : ⁦3,651 : 5 ☐ 3,651 × 5⁩&gt; · &lt; · =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⚖️ 🏆 · #29</w:t>
              <w:br/>
              <w:br/>
              <w:t>השלימו &gt;, &lt; או = : ⁦47 × 999 ☐ 47 × 1000 − 47⁩&gt; · &lt; · =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⚖️ 🏆 · #30</w:t>
              <w:br/>
              <w:br/>
              <w:t>השלימו &gt;, &lt; או = : ⁦35 × 999 ☐ 35 × 1000 − 35⁩&gt; · &lt; · =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🔟 🌱 · #31</w:t>
              <w:br/>
              <w:br/>
              <w:t>פתרו: ⁦5.62 − 0.39⁩ =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🔟 🌱 · #32</w:t>
              <w:br/>
              <w:br/>
              <w:t>פתרו: ⁦9.92 − 0.76⁩ =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🔟 🚀 · #33</w:t>
              <w:br/>
              <w:br/>
              <w:t>המכפלה ⁦100.2 × 0.98⁩ קרובה ל־10,000 · 100 · 10 · 1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🔟 🚀 · #34</w:t>
              <w:br/>
              <w:br/>
              <w:t>פתרו: ⁦6.22 × 100⁩ =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🔟 🏆 · #35</w:t>
              <w:br/>
              <w:br/>
              <w:t>המכפלה ⁦6.99 × 0.52⁩ קרובה ל־0.35 · 350 · 3.5 · 35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🔟 🏆 · #36</w:t>
              <w:br/>
              <w:br/>
              <w:t>המכפלה ⁦7.01 × 0.48⁩ קרובה ל־35 · 350 · 0.35 · 3.5</w:t>
            </w:r>
          </w:p>
        </w:tc>
      </w:tr>
    </w:tbl>
    <w:p/>
    <w:p>
      <w:r>
        <w:br w:type="page"/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📏 🏆 · #37</w:t>
              <w:br/>
              <w:br/>
              <w:t>🐸 צפרדע עומדת על ⁦0.6⁩ בציר המספרים וקופצת ⁦2⁩ קפיצות ימינה, כל קפיצה באורך ⁦0.5⁩. על איזה מספר היא נוחתת?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📏 🏆 · #38</w:t>
              <w:br/>
              <w:br/>
              <w:t>נקודה A נמצאת בין ⁦0⁩ ל־⁦1⁩. המרחק בין A ל־⁦1⁩ גדול פי ⁦2⁩ מהמרחק בין ⁦0⁩ ל־A. איזה מספר מתאים לנקודה A?2/3 · 1/2 · 1/4 · 1/3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🍕 🌱 · #39</w:t>
              <w:br/>
              <w:br/>
              <w:t>כמה הם ⁦75⁩% מ־⁦40⁩?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🍕 🌱 · #40</w:t>
              <w:br/>
              <w:br/>
              <w:t>כמה הם ⁦1/4⁩ מ־⁦20⁩?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🍕 🚀 · #41</w:t>
              <w:br/>
              <w:br/>
              <w:t>בספר יש ⁦150⁩ עמודים. נועה קראה ⁦10⁩% מהספר. כמה עמודים נשארו לה לקרוא?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🍕 🚀 · #42</w:t>
              <w:br/>
              <w:br/>
              <w:t>בסקר על ארוחת מסיבת הכיתה: ⁦3/10⁩ מהתלמידים בחרו פיצה, ⁦50⁩% בחרו טוסטים, והשאר בחרו פירות. איזה חלק בחרו פירות?3/10 · 1/2 · 1/5 · 7/10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🍕 🏆 · #43</w:t>
              <w:br/>
              <w:br/>
              <w:t>מחיר משחק קופסה ⁦360⁩ ₪. בחנות הנחה של ⁦25⁩%. כמה משלמים אחרי ההנחה?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🍕 🏆 · #44</w:t>
              <w:br/>
              <w:br/>
              <w:t>מחיר משחק קופסה ⁦150⁩ ₪. בחנות הנחה של ⁦30⁩%. כמה משלמים אחרי ההנחה?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📊 🌱 · #45</w:t>
              <w:br/>
              <w:br/>
              <w:t>מה הממוצע של המספרים: ⁦28, 36, 40, 36, 35⁩?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📊 🌱 · #46</w:t>
              <w:br/>
              <w:br/>
              <w:t>מה הממוצע של המספרים: ⁦34, 13, 17, 14, 12⁩?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📊 🏆 · #47</w:t>
              <w:br/>
              <w:br/>
              <w:t>ממוצע הציונים של דנה ב־⁦5⁩ מבחנים הוא ⁦85⁩. ציוניה ב־⁦4⁩ מבחנים היו: ⁦93, 94, 85, 77⁩. מה הציון במבחן האחרון?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📊 🏆 · #48</w:t>
              <w:br/>
              <w:br/>
              <w:t>ממוצע הציונים של דנה ב־⁦5⁩ מבחנים הוא ⁦73⁩. ציוניה ב־⁦4⁩ מבחנים היו: ⁦76, 64, 70, 81⁩. מה הציון במבחן האחרון?</w:t>
            </w:r>
          </w:p>
        </w:tc>
      </w:tr>
    </w:tbl>
    <w:p/>
    <w:p>
      <w:r>
        <w:br w:type="page"/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🟪 🌱 · #49</w:t>
              <w:br/>
              <w:br/>
              <w:t>מלבן שאורכו ⁦16⁩ ס״מ ורוחבו ⁦8⁩ ס״מ. מה השטח שלו (בסמ״ר)?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🟪 🌱 · #50</w:t>
              <w:br/>
              <w:br/>
              <w:t>מלבן שאורכו ⁦5⁩ ס״מ ורוחבו ⁦9⁩ ס״מ. מה השטח שלו (בסמ״ר)?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🟪 🚀 · #51</w:t>
              <w:br/>
              <w:br/>
              <w:t>היקף מלבן הוא ⁦46⁩ ס״מ ואורך אחת מצלעותיו ⁦13⁩ ס״מ. מה אורך הצלע השנייה?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🟪 🚀 · #52</w:t>
              <w:br/>
              <w:br/>
              <w:t>מחוט באורך ⁦0.72⁩ מ׳ יצרו משושה משוכלל (כל הצלעות שוות) והשתמשו בכל החוט. מה אורך כל צלע בס״מ?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🟪 🏆 · #53</w:t>
              <w:br/>
              <w:br/>
              <w:t>מחוט באורך ⁦1.2⁩ מ׳ יוצרים מתומן משוכלל ומשתמשים בכל החוט. מה אורך הצלע בס״מ? (אפשר לכתוב מספר עשרוני)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🟪 🏆 · #54</w:t>
              <w:br/>
              <w:br/>
              <w:t>מחוט באורך ⁦1.8⁩ מ׳ יוצרים משושה משוכלל ומשתמשים בכל החוט. מה אורך הצלע בס״מ? (אפשר לכתוב מספר עשרוני)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🧊 🌱 · #55</w:t>
              <w:br/>
              <w:br/>
              <w:t>אורך צלע של קובייה הוא ⁦11⁩ ס״מ. מה הנפח שלה (בסמ״ק)?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🧊 🌱 · #56</w:t>
              <w:br/>
              <w:br/>
              <w:t>מידות תיבה: ⁦9⁩ ס״מ, ⁦7⁩ ס״מ, ⁦2⁩ ס״מ. מה הנפח שלה (בסמ״ק)?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🧊 🚀 · #57</w:t>
              <w:br/>
              <w:br/>
              <w:t>לתיבה יש אותו נפח כמו לקובייה שצלעה ⁦8⁩ ס״מ. שתי מידות התיבה הן ⁦4⁩ ס״מ ו־⁦8⁩ ס״מ. מה המידה השלישית?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🧊 🚀 · #58</w:t>
              <w:br/>
              <w:br/>
              <w:t>כמה קודקודים יש לתיבה?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🧊 🏆 · #59</w:t>
              <w:br/>
              <w:br/>
              <w:t>מידות תיבה: ⁦7.5⁩ ס״מ, ⁦4⁩ ס״מ, ⁦5⁩ ס״מ. מה הנפח (בסמ״ק)?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🧊 🏆 · #60</w:t>
              <w:br/>
              <w:br/>
              <w:t>מידות תיבה: ⁦5.5⁩ ס״מ, ⁦4⁩ ס״מ, ⁦5⁩ ס״מ. מה הנפח (בסמ״ק)?</w:t>
            </w:r>
          </w:p>
        </w:tc>
      </w:tr>
    </w:tbl>
    <w:p/>
    <w:p>
      <w:r>
        <w:br w:type="page"/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📐 🌱 · #61</w:t>
              <w:br/>
              <w:br/>
              <w:t>⁦6⁩ שעות = ? דקות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📐 🌱 · #62</w:t>
              <w:br/>
              <w:br/>
              <w:t>⁦4⁩ ק״מ = ? מ׳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📐 🚀 · #63</w:t>
              <w:br/>
              <w:br/>
              <w:t>עמית רצה ⁦2⁩ סיבובים במסלול שאורכו ⁦450⁩ מ׳. ליה רצה ⁦2⁩ סיבובים במסלול שאורכו ⁦1⁩ ק״מ. בכמה מטרים רצה ליה יותר?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📐 🚀 · #64</w:t>
              <w:br/>
              <w:br/>
              <w:t>⁦6.1⁩ ק״מ = ? מ׳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📐 🏆 · #65</w:t>
              <w:br/>
              <w:br/>
              <w:t>נסיעה בכביש אגרה עולה ⁦0.25⁩ ₪ לכל ק״מ. כמה עולה נסיעה של ⁦139⁩ ק״מ?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📐 🏆 · #66</w:t>
              <w:br/>
              <w:br/>
              <w:t>עמית רצה ⁦4⁩ סיבובים של ⁦500⁩ מ׳, וליה ⁦4⁩ סיבובים של ⁦1⁩ ק״מ. נכון או לא נכון: "עמית רצה 2,000 מ׳ בסך הכול"נכון · לא נכון</w:t>
            </w:r>
          </w:p>
        </w:tc>
      </w:tr>
    </w:tbl>
    <w:p/>
    <w:sectPr w:rsidR="00FC693F" w:rsidRPr="0006063C" w:rsidSect="00034616">
      <w:pgSz w:w="11906" w:h="16838"/>
      <w:pgMar w:top="907" w:right="907" w:bottom="907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