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📝 מבחן תרגול 2 בחשבון – ה׳–ו׳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20 שאלות · 90 דקות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תלמידים ותלמידות יקרים, לפניכם מבחן בחשבון. לרשותכם 90 דקות. פתרו את כל התרגילים וענו על כל השאלות. בחלק מהשאלות מודגשות מילים חשובות – שימו לב אליהן. בהצלחה! 🍀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</w:t>
      </w:r>
    </w:p>
    <w:p>
      <w:pPr>
        <w:bidi w:val="1"/>
        <w:jc w:val="right"/>
      </w:pPr>
      <w:r>
        <w:rPr>
          <w:rtl w:val="1"/>
        </w:rPr>
        <w:t>לספרייה העירונית נתרמו עד היום ⁦889,300⁩ ספרים. כמה ספרים בערך חסרים כדי להגיע למיליון?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המספר הקרוב ביותר לתשובה הנכונה.</w:t>
      </w:r>
    </w:p>
    <w:p>
      <w:pPr>
        <w:bidi w:val="1"/>
        <w:jc w:val="right"/>
      </w:pPr>
      <w:r>
        <w:rPr>
          <w:rtl w:val="1"/>
        </w:rPr>
        <w:t>◯ ⁦1,000⁩     ◯ ⁦10,000⁩     ◯ ⁦100,000⁩     ◯ ⁦1,000,000⁩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</w:t>
      </w:r>
    </w:p>
    <w:p>
      <w:pPr>
        <w:bidi w:val="1"/>
        <w:jc w:val="right"/>
      </w:pPr>
      <w:r>
        <w:rPr>
          <w:rtl w:val="1"/>
        </w:rPr>
        <w:t>פתרו: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⁦8,400 : 35⁩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⁦150 − 48 : 6 × 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3</w:t>
      </w:r>
    </w:p>
    <w:p>
      <w:pPr>
        <w:bidi w:val="1"/>
        <w:jc w:val="right"/>
      </w:pPr>
      <w:r>
        <w:rPr>
          <w:rtl w:val="1"/>
        </w:rPr>
        <w:t>השלימו מספר כך שתוצאת התרגיל תהיה גדולה מ־⁦3,100⁩ וקטנה מ־⁦3,400⁩.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⁦☐ × 50⁩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4</w:t>
      </w:r>
    </w:p>
    <w:p>
      <w:pPr>
        <w:bidi w:val="1"/>
        <w:jc w:val="right"/>
      </w:pPr>
      <w:r>
        <w:rPr>
          <w:rtl w:val="1"/>
        </w:rPr>
        <w:t>השלימו מספרים מתאימים: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⁦7,250 − 2,390 = ☐ − 2,420⁩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⁦60 × 54 = 60 × 50 + 60 × ☐⁩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5</w:t>
      </w:r>
    </w:p>
    <w:p>
      <w:pPr>
        <w:bidi w:val="1"/>
        <w:jc w:val="right"/>
      </w:pPr>
      <w:r>
        <w:rPr>
          <w:rtl w:val="1"/>
        </w:rPr>
        <w:t>השלימו &gt;, &lt; או = 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⁦28,350 × 3 ☐ 28,350 : 3⁩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⁦0.07 ☐ 0.7⁩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⁦25% של 40 ☐ 40% של 25⁩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6</w:t>
      </w:r>
    </w:p>
    <w:p>
      <w:pPr>
        <w:bidi w:val="1"/>
        <w:jc w:val="right"/>
      </w:pPr>
      <w:r>
        <w:rPr>
          <w:rtl w:val="1"/>
        </w:rPr>
        <w:t>המכפלה ⁦0.51 × 398⁩ קרובה ל־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⁦2⁩     ◯ ⁦20⁩     ◯ ⁦200⁩     ◯ ⁦2,000⁩</w:t>
      </w:r>
    </w:p>
    <w:p>
      <w:pPr>
        <w:bidi w:val="1"/>
        <w:jc w:val="right"/>
      </w:pPr>
      <w:r>
        <w:rPr>
          <w:rtl w:val="1"/>
        </w:rPr>
        <w:t>הסבירו כיצד אפשר לענות על השאלה בלי לחשב את המכפלה.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7</w:t>
      </w:r>
    </w:p>
    <w:p>
      <w:pPr>
        <w:bidi w:val="1"/>
        <w:jc w:val="right"/>
      </w:pPr>
      <w:r>
        <w:rPr>
          <w:rtl w:val="1"/>
        </w:rPr>
        <w:t>המרחק בין המספר המסומן באות A לבין ⁦1⁩ גדול פי ⁦2⁩ מהמרחק בין ⁦0⁩ ל־A. מה המספר המתאים לנקודה A?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6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34f6dbef5faf47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בחרו:</w:t>
      </w:r>
    </w:p>
    <w:p>
      <w:pPr>
        <w:bidi w:val="1"/>
        <w:jc w:val="right"/>
      </w:pPr>
      <w:r>
        <w:rPr>
          <w:rtl w:val="1"/>
        </w:rPr>
        <w:t>◯ ⁦1/2⁩     ◯ ⁦1/3⁩     ◯ ⁦2/3⁩     ◯ ⁦1/4⁩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8</w:t>
      </w:r>
    </w:p>
    <w:p>
      <w:pPr>
        <w:bidi w:val="1"/>
        <w:jc w:val="right"/>
      </w:pPr>
      <w:r>
        <w:rPr>
          <w:rtl w:val="1"/>
        </w:rPr>
        <w:t>משפחת אברהם נסעה לחוות הסוסים. אחרי שעברו ⁦2/5⁩ מהדרך, ראו שלט: "נותרו ⁦72⁩ ק״מ".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הדרך שכבר עברו?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ק״מ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עלות הנסיעה בכביש היא ⁦0.4⁩ ₪ לק״מ. כמה ישלמו על כל הנסיעה?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9</w:t>
      </w:r>
    </w:p>
    <w:p>
      <w:pPr>
        <w:bidi w:val="1"/>
        <w:jc w:val="right"/>
      </w:pPr>
      <w:r>
        <w:rPr>
          <w:rtl w:val="1"/>
        </w:rPr>
        <w:t>תלמידי שכבה ו׳ בחרו פעילות לסיום השנה. ⁦1/5⁩ מהתלמידים בחרו כדורסל, ו־⁦45⁩% בחרו כדורגל. שאר התלמידים בחרו שחייה.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איזה חלק מתלמידי השכבה בחרו שחייה?</w:t>
      </w:r>
    </w:p>
    <w:p>
      <w:pPr>
        <w:bidi w:val="1"/>
        <w:jc w:val="right"/>
      </w:pPr>
      <w:r>
        <w:rPr>
          <w:rtl w:val="1"/>
        </w:rPr>
        <w:t>◯ ⁦7/20⁩     ◯ ⁦13/20⁩     ◯ ⁦1/4⁩     ◯ ⁦3/10⁩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האם ייתכן שבשכבה ⁦80⁩ תלמידים?</w:t>
      </w:r>
    </w:p>
    <w:p>
      <w:pPr>
        <w:bidi w:val="1"/>
        <w:jc w:val="right"/>
      </w:pPr>
      <w:r>
        <w:rPr>
          <w:rtl w:val="1"/>
        </w:rPr>
        <w:t>◯ ⁦כן⁩     ◯ ⁦לא⁩</w:t>
      </w:r>
    </w:p>
    <w:p>
      <w:pPr>
        <w:bidi w:val="1"/>
        <w:jc w:val="right"/>
      </w:pPr>
      <w:r>
        <w:rPr>
          <w:rtl w:val="1"/>
        </w:rPr>
        <w:t>הסבירו את תשובתכם לסעיף ב.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10</w:t>
      </w:r>
    </w:p>
    <w:p>
      <w:pPr>
        <w:bidi w:val="1"/>
        <w:jc w:val="right"/>
      </w:pPr>
      <w:r>
        <w:rPr>
          <w:rtl w:val="1"/>
        </w:rPr>
        <w:t>פתרו (אפשר לכתוב שבר כמו 7/8 או מספר עשרוני):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⁦2/3 + 1/6⁩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⁦1.2 × 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⁦3 − 1.25⁩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ד. ⁦4.1 − 0.3 × 2.5⁩ =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11</w:t>
      </w:r>
    </w:p>
    <w:p>
      <w:pPr>
        <w:bidi w:val="1"/>
        <w:jc w:val="right"/>
      </w:pPr>
      <w:r>
        <w:rPr>
          <w:rtl w:val="1"/>
        </w:rPr>
        <w:t>אלון קנה שתי שקיות אגוזים. משקלה של שקית אחת גדול פי ⁦5⁩ ממשקלה של השקית השנייה. משקלה של אחת השקיות ⁦1.5⁩ ק״ג. מה יכול להיות משקלה של השקית השנייה? מצאו שתי אפשרויות.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אחת · אפשרות שנייה (ק״ג):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12</w:t>
      </w:r>
    </w:p>
    <w:p>
      <w:pPr>
        <w:bidi w:val="1"/>
        <w:jc w:val="right"/>
      </w:pPr>
      <w:r>
        <w:rPr>
          <w:rtl w:val="1"/>
        </w:rPr>
        <w:t>השלימו מספרים מתאימים (גדולים מ־1): ⁦☐ × ☐ = 4,800⁩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אפשרות ראשונה ואפשרות נוספת: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13</w:t>
      </w:r>
    </w:p>
    <w:p>
      <w:pPr>
        <w:bidi w:val="1"/>
        <w:jc w:val="right"/>
      </w:pPr>
      <w:r>
        <w:rPr>
          <w:rtl w:val="1"/>
        </w:rPr>
        <w:t>באולם קולנוע ⁦20⁩ שורות, ובכל שורה ⁦30⁩ מושבים. כרטיס לסרט נמכר ב־⁦32⁩ ₪. קבוצת הצופים רכשה ⁦25⁩% מהכרטיסים.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כמה שילמו על הכרטיסים?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 ₪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14</w:t>
      </w:r>
    </w:p>
    <w:p>
      <w:pPr>
        <w:bidi w:val="1"/>
        <w:jc w:val="right"/>
      </w:pPr>
      <w:r>
        <w:rPr>
          <w:rtl w:val="1"/>
        </w:rPr>
        <w:t>הדיאגרמה מציגה את מספר התלמידים שביקרו בפינת הקריאה במשך שבוע.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6c6107760e304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כמה תלמידים בממוצע ביקרו בכל יום? הציגו את דרך הפתרון.</w:t>
      </w:r>
    </w:p>
    <w:p>
      <w:pPr>
        <w:bidi w:val="1"/>
        <w:jc w:val="right"/>
      </w:pPr>
      <w:r>
        <w:rPr>
          <w:color w:val="5A5A5A"/>
          <w:rtl w:val="1"/>
        </w:rPr>
        <w:t>תשובה: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איזה חלק מכל המבקרים בשבוע ביקרו ביום ב׳?</w:t>
      </w:r>
    </w:p>
    <w:p>
      <w:pPr>
        <w:bidi w:val="1"/>
        <w:jc w:val="right"/>
      </w:pPr>
      <w:r>
        <w:rPr>
          <w:rtl w:val="1"/>
        </w:rPr>
        <w:t>◯ ⁦0.2⁩     ◯ ⁦0.35⁩     ◯ ⁦0.25⁩     ◯ ⁦0.5⁩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15</w:t>
      </w:r>
    </w:p>
    <w:p>
      <w:pPr>
        <w:bidi w:val="1"/>
        <w:jc w:val="right"/>
      </w:pPr>
      <w:r>
        <w:rPr>
          <w:rtl w:val="1"/>
        </w:rPr>
        <w:t>עומר יצר מחומש שווה צלעות מחוט ברזל שאורכו ⁦3⁩ מ׳, והשתמש בכל החוט.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מה אורך הצלע (בס״מ)?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אפשר ליצור מאותו חוט משושה שווה צלעות? כתבו את אורך הצלע בס״מ.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16</w:t>
      </w:r>
    </w:p>
    <w:p>
      <w:pPr>
        <w:bidi w:val="1"/>
        <w:jc w:val="right"/>
      </w:pPr>
      <w:r>
        <w:rPr>
          <w:rtl w:val="1"/>
        </w:rPr>
        <w:t>בלוח כל ריבוע הוא ⁦1⁩ סמ״ר. צבעו ריבועים צמודים (צלע לצלע) כך שייווצר מצולע ששטחו ⁦18⁩ סמ״ר.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53285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57be7c41e21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3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17</w:t>
      </w:r>
    </w:p>
    <w:p>
      <w:pPr>
        <w:bidi w:val="1"/>
        <w:jc w:val="right"/>
      </w:pPr>
      <w:r>
        <w:rPr>
          <w:rtl w:val="1"/>
        </w:rPr>
        <w:t>לפניכם סרטוט (לא בקנה מידה) של מצולע המורכב ממלבן וממשולש ישר־זווית. היקף המלבן ⁦30⁩ ס״מ ואורך אחת מצלעותיו ⁦10⁩ ס״מ.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8385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7d9a99c2b78ba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83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אורך הצלע השנייה של המלבן.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ס״מ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חשבו את השטח של המצולע כולו (סמ״ר).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סמ״ר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18</w:t>
      </w:r>
    </w:p>
    <w:p>
      <w:pPr>
        <w:bidi w:val="1"/>
        <w:jc w:val="right"/>
      </w:pPr>
      <w:r>
        <w:rPr>
          <w:rtl w:val="1"/>
        </w:rPr>
        <w:t>לפניכם שני גופים: תיבה וקובייה. אורך צלע הקובייה ⁦6⁩ ס״מ.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א. חשבו את נפח הקובייה (סמ״ק).</w:t>
      </w:r>
    </w:p>
    <w:p>
      <w:pPr>
        <w:bidi w:val="1"/>
        <w:jc w:val="right"/>
      </w:pPr>
      <w:r>
        <w:rPr>
          <w:color w:val="5A5A5A"/>
          <w:rtl w:val="1"/>
        </w:rPr>
        <w:t>תשובה: ____________ סמ״ק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ב. לתיבה אותו נפח, ואורכי כל צלעותיה מספרים שלמים. כתבו מידות אפשריות (לא קובייה):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ג. אורך אחת הצלעות אינו מספר שלם. כתבו מידות אפשריות:</w:t>
      </w:r>
    </w:p>
    <w:p>
      <w:pPr>
        <w:bidi w:val="1"/>
        <w:jc w:val="right"/>
      </w:pPr>
      <w:r>
        <w:rPr>
          <w:color w:val="5A5A5A"/>
          <w:rtl w:val="1"/>
        </w:rPr>
        <w:t>____________   ____________   ____________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19</w:t>
      </w:r>
    </w:p>
    <w:p>
      <w:pPr>
        <w:bidi w:val="1"/>
        <w:jc w:val="right"/>
      </w:pPr>
      <w:r>
        <w:rPr>
          <w:rtl w:val="1"/>
        </w:rPr>
        <w:t>התאימו לכל גוף את הפריסה שלו: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998485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2c4a1a15e6546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998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קובייה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פירמידה מרובעת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מנסרה משולשת ← פריסה:</w:t>
      </w:r>
    </w:p>
    <w:p>
      <w:pPr>
        <w:bidi w:val="1"/>
        <w:jc w:val="right"/>
      </w:pPr>
      <w:r>
        <w:rPr>
          <w:rtl w:val="1"/>
        </w:rPr>
        <w:t>◯ ⁦א⁩     ◯ ⁦ב⁩     ◯ ⁦ג⁩</w:t>
      </w:r>
    </w:p>
    <w:p>
      <w:pPr>
        <w:pStyle w:val="Heading2"/>
        <w:bidi w:val="1"/>
        <w:jc w:val="right"/>
      </w:pPr>
      <w:r>
        <w:rPr>
          <w:b/>
          <w:color w:val="3B23A8"/>
          <w:sz w:val="26"/>
          <w:rtl w:val="1"/>
          <w:bCs/>
          <w:szCs w:val="26"/>
        </w:rPr>
        <w:t>שאלה 20</w:t>
      </w:r>
    </w:p>
    <w:p>
      <w:pPr>
        <w:bidi w:val="1"/>
        <w:jc w:val="right"/>
      </w:pPr>
      <w:r>
        <w:rPr>
          <w:rtl w:val="1"/>
        </w:rPr>
        <w:t>מאיה רצה ⁦3⁩ סיבובים במסלול שאורך כל סיבוב בו ⁦600⁩ מ׳. יואב רץ ⁦3⁩ סיבובים במסלול שאורך כל סיבוב בו ⁦1⁩ ק״מ.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סמנו את כל הטענות הנכונות:</w:t>
      </w:r>
    </w:p>
    <w:p>
      <w:pPr>
        <w:bidi w:val="1"/>
        <w:jc w:val="right"/>
      </w:pPr>
      <w:r>
        <w:rPr>
          <w:rtl w:val="1"/>
        </w:rPr>
        <w:t>◯ ⁦1) יואב רץ 1.2 ק״מ יותר ממאיה⁩     ◯ ⁦2) מאיה רצה 1,800 מ׳⁩     ◯ ⁦3) יואב רץ 400 מ׳ יותר ממאיה⁩     ◯ ⁦4) מאיה רצה יותר מיואב⁩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